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6" w:space="0" w:color="1B365D"/>
          <w:left w:val="single" w:sz="6" w:space="0" w:color="1B365D"/>
          <w:bottom w:val="single" w:sz="6" w:space="0" w:color="1B365D"/>
          <w:right w:val="single" w:sz="6" w:space="0" w:color="1B365D"/>
          <w:insideH w:val="single" w:sz="4" w:space="0" w:color="1B365D"/>
          <w:insideV w:val="single" w:sz="4" w:space="0" w:color="1B365D"/>
        </w:tblBorders>
        <w:tblLayout w:type="fixed"/>
        <w:tblLook w:val="04A0" w:firstRow="1" w:lastRow="0" w:firstColumn="1" w:lastColumn="0" w:noHBand="0" w:noVBand="1"/>
      </w:tblPr>
      <w:tblGrid>
        <w:gridCol w:w="2592"/>
        <w:gridCol w:w="5616"/>
        <w:gridCol w:w="2592"/>
      </w:tblGrid>
      <w:tr w:rsidR="00364309" w:rsidTr="00AF2D7B">
        <w:trPr>
          <w:trHeight w:val="411"/>
          <w:jc w:val="center"/>
        </w:trPr>
        <w:tc>
          <w:tcPr>
            <w:tcW w:w="2592" w:type="dxa"/>
            <w:vMerge w:val="restart"/>
            <w:vAlign w:val="center"/>
          </w:tcPr>
          <w:p w:rsidR="00364309" w:rsidRDefault="00AF2D7B" w:rsidP="00AF2D7B">
            <w:pPr>
              <w:spacing w:after="0"/>
              <w:jc w:val="center"/>
            </w:pPr>
            <w:r w:rsidRPr="00AF2D7B">
              <w:rPr>
                <w:noProof/>
                <w:lang w:val="tr-TR" w:eastAsia="tr-TR"/>
              </w:rPr>
              <w:drawing>
                <wp:inline distT="0" distB="0" distL="0" distR="0">
                  <wp:extent cx="768350" cy="768350"/>
                  <wp:effectExtent l="0" t="0" r="0" b="0"/>
                  <wp:docPr id="1" name="Resim 1" descr="C:\Users\ozgul\Desktop\HAYMER Kalite\Log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zgul\Desktop\HAYMER Kalite\Log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835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6" w:type="dxa"/>
            <w:vMerge w:val="restart"/>
            <w:vAlign w:val="center"/>
          </w:tcPr>
          <w:p w:rsidR="00364309" w:rsidRDefault="003E40B1" w:rsidP="00AF2D7B">
            <w:pPr>
              <w:spacing w:after="0"/>
              <w:jc w:val="center"/>
            </w:pPr>
            <w:r>
              <w:rPr>
                <w:b/>
                <w:color w:val="1B365D"/>
                <w:sz w:val="20"/>
              </w:rPr>
              <w:t>HAYVAN SAĞLIĞI UYGULAMA VE ARAŞTIRMA MERKEZİ</w:t>
            </w:r>
            <w:r>
              <w:rPr>
                <w:b/>
                <w:color w:val="1B365D"/>
                <w:sz w:val="20"/>
              </w:rPr>
              <w:br/>
            </w:r>
            <w:r>
              <w:rPr>
                <w:b/>
                <w:color w:val="0056B3"/>
                <w:sz w:val="21"/>
              </w:rPr>
              <w:t>DESTEK PERSONELİ YILLIK ROTASYON VE GÖREVLENDİRME FORMU</w:t>
            </w:r>
          </w:p>
        </w:tc>
        <w:tc>
          <w:tcPr>
            <w:tcW w:w="2592" w:type="dxa"/>
            <w:vAlign w:val="center"/>
          </w:tcPr>
          <w:p w:rsidR="00364309" w:rsidRDefault="003E40B1" w:rsidP="00AF2D7B">
            <w:pPr>
              <w:spacing w:after="0"/>
            </w:pPr>
            <w:r>
              <w:rPr>
                <w:b/>
                <w:sz w:val="15"/>
              </w:rPr>
              <w:t xml:space="preserve">Doküman No: </w:t>
            </w:r>
          </w:p>
        </w:tc>
      </w:tr>
      <w:tr w:rsidR="00364309" w:rsidTr="00AF2D7B">
        <w:trPr>
          <w:trHeight w:val="469"/>
          <w:jc w:val="center"/>
        </w:trPr>
        <w:tc>
          <w:tcPr>
            <w:tcW w:w="2592" w:type="dxa"/>
            <w:vMerge/>
            <w:vAlign w:val="center"/>
          </w:tcPr>
          <w:p w:rsidR="00364309" w:rsidRDefault="00364309" w:rsidP="00AF2D7B">
            <w:pPr>
              <w:spacing w:after="0"/>
            </w:pPr>
          </w:p>
        </w:tc>
        <w:tc>
          <w:tcPr>
            <w:tcW w:w="5616" w:type="dxa"/>
            <w:vMerge/>
            <w:vAlign w:val="center"/>
          </w:tcPr>
          <w:p w:rsidR="00364309" w:rsidRDefault="00364309" w:rsidP="00AF2D7B">
            <w:pPr>
              <w:spacing w:after="0"/>
            </w:pPr>
          </w:p>
        </w:tc>
        <w:tc>
          <w:tcPr>
            <w:tcW w:w="2592" w:type="dxa"/>
            <w:vAlign w:val="center"/>
          </w:tcPr>
          <w:p w:rsidR="00364309" w:rsidRDefault="003E40B1" w:rsidP="00AF2D7B">
            <w:pPr>
              <w:spacing w:after="0"/>
            </w:pPr>
            <w:r>
              <w:rPr>
                <w:b/>
                <w:sz w:val="15"/>
              </w:rPr>
              <w:t xml:space="preserve">Yayın Tarihi: </w:t>
            </w:r>
          </w:p>
        </w:tc>
      </w:tr>
      <w:tr w:rsidR="00364309" w:rsidTr="00AF2D7B">
        <w:trPr>
          <w:jc w:val="center"/>
        </w:trPr>
        <w:tc>
          <w:tcPr>
            <w:tcW w:w="2592" w:type="dxa"/>
            <w:vMerge/>
            <w:vAlign w:val="center"/>
          </w:tcPr>
          <w:p w:rsidR="00364309" w:rsidRDefault="00364309" w:rsidP="00AF2D7B">
            <w:pPr>
              <w:spacing w:after="0"/>
            </w:pPr>
          </w:p>
        </w:tc>
        <w:tc>
          <w:tcPr>
            <w:tcW w:w="5616" w:type="dxa"/>
            <w:vMerge/>
            <w:vAlign w:val="center"/>
          </w:tcPr>
          <w:p w:rsidR="00364309" w:rsidRDefault="00364309" w:rsidP="00AF2D7B">
            <w:pPr>
              <w:spacing w:after="0"/>
            </w:pPr>
          </w:p>
        </w:tc>
        <w:tc>
          <w:tcPr>
            <w:tcW w:w="2592" w:type="dxa"/>
            <w:vAlign w:val="center"/>
          </w:tcPr>
          <w:p w:rsidR="00364309" w:rsidRDefault="003E40B1" w:rsidP="00AF2D7B">
            <w:pPr>
              <w:spacing w:after="0"/>
            </w:pPr>
            <w:r>
              <w:rPr>
                <w:b/>
                <w:sz w:val="15"/>
              </w:rPr>
              <w:t xml:space="preserve">Revizyon No / Tarih: </w:t>
            </w:r>
          </w:p>
        </w:tc>
      </w:tr>
    </w:tbl>
    <w:p w:rsidR="00364309" w:rsidRDefault="00364309">
      <w:pPr>
        <w:spacing w:after="40"/>
      </w:pPr>
    </w:p>
    <w:tbl>
      <w:tblPr>
        <w:tblW w:w="0" w:type="auto"/>
        <w:jc w:val="center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E0E0E0"/>
          <w:insideV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240"/>
        <w:gridCol w:w="2160"/>
        <w:gridCol w:w="3240"/>
      </w:tblGrid>
      <w:tr w:rsidR="00364309">
        <w:trPr>
          <w:jc w:val="center"/>
        </w:trPr>
        <w:tc>
          <w:tcPr>
            <w:tcW w:w="2160" w:type="dxa"/>
            <w:shd w:val="clear" w:color="auto" w:fill="F0F4F8"/>
          </w:tcPr>
          <w:p w:rsidR="00364309" w:rsidRDefault="003E40B1">
            <w:r>
              <w:rPr>
                <w:b/>
                <w:sz w:val="16"/>
              </w:rPr>
              <w:t>Rotasyon Yılı / Dönemi:</w:t>
            </w:r>
          </w:p>
        </w:tc>
        <w:tc>
          <w:tcPr>
            <w:tcW w:w="3240" w:type="dxa"/>
          </w:tcPr>
          <w:p w:rsidR="00364309" w:rsidRDefault="003E40B1">
            <w:r>
              <w:rPr>
                <w:sz w:val="16"/>
              </w:rPr>
              <w:t>2026 Yıllık Rotasyon Planı</w:t>
            </w:r>
          </w:p>
        </w:tc>
        <w:tc>
          <w:tcPr>
            <w:tcW w:w="2160" w:type="dxa"/>
            <w:shd w:val="clear" w:color="auto" w:fill="F0F4F8"/>
          </w:tcPr>
          <w:p w:rsidR="00364309" w:rsidRDefault="003E40B1">
            <w:r>
              <w:rPr>
                <w:b/>
                <w:sz w:val="16"/>
              </w:rPr>
              <w:t>İlgili Birimler:</w:t>
            </w:r>
          </w:p>
        </w:tc>
        <w:tc>
          <w:tcPr>
            <w:tcW w:w="3240" w:type="dxa"/>
          </w:tcPr>
          <w:p w:rsidR="00364309" w:rsidRDefault="003E40B1">
            <w:r>
              <w:rPr>
                <w:sz w:val="16"/>
              </w:rPr>
              <w:t>Hospitalizasyon / Eczane / Ameliyathane</w:t>
            </w:r>
          </w:p>
        </w:tc>
      </w:tr>
      <w:tr w:rsidR="00364309">
        <w:trPr>
          <w:jc w:val="center"/>
        </w:trPr>
        <w:tc>
          <w:tcPr>
            <w:tcW w:w="2160" w:type="dxa"/>
            <w:shd w:val="clear" w:color="auto" w:fill="F0F4F8"/>
          </w:tcPr>
          <w:p w:rsidR="00364309" w:rsidRDefault="003E40B1">
            <w:r>
              <w:rPr>
                <w:b/>
                <w:sz w:val="16"/>
              </w:rPr>
              <w:t>İlgili DÖF Kodları:</w:t>
            </w:r>
          </w:p>
        </w:tc>
        <w:tc>
          <w:tcPr>
            <w:tcW w:w="3240" w:type="dxa"/>
          </w:tcPr>
          <w:p w:rsidR="00364309" w:rsidRDefault="003E40B1">
            <w:r>
              <w:rPr>
                <w:sz w:val="16"/>
              </w:rPr>
              <w:t>DÖF-2026-01 (Kedi H.) / DÖF-2026-05 (Eczane)</w:t>
            </w:r>
          </w:p>
        </w:tc>
        <w:tc>
          <w:tcPr>
            <w:tcW w:w="2160" w:type="dxa"/>
            <w:shd w:val="clear" w:color="auto" w:fill="F0F4F8"/>
          </w:tcPr>
          <w:p w:rsidR="00364309" w:rsidRDefault="003E40B1">
            <w:r>
              <w:rPr>
                <w:b/>
                <w:sz w:val="16"/>
              </w:rPr>
              <w:t>YÖKAK Ölçüt Alanı:</w:t>
            </w:r>
          </w:p>
        </w:tc>
        <w:tc>
          <w:tcPr>
            <w:tcW w:w="3240" w:type="dxa"/>
          </w:tcPr>
          <w:p w:rsidR="00364309" w:rsidRDefault="003E40B1">
            <w:r>
              <w:rPr>
                <w:sz w:val="16"/>
              </w:rPr>
              <w:t>A.3.2 / C.2.1 / C.3 (PUKÖ)</w:t>
            </w:r>
          </w:p>
        </w:tc>
      </w:tr>
    </w:tbl>
    <w:p w:rsidR="00364309" w:rsidRDefault="00364309">
      <w:pPr>
        <w:spacing w:after="40"/>
      </w:pPr>
    </w:p>
    <w:tbl>
      <w:tblPr>
        <w:tblW w:w="5000" w:type="pct"/>
        <w:jc w:val="center"/>
        <w:tblBorders>
          <w:top w:val="single" w:sz="4" w:space="0" w:color="D3D3D3"/>
          <w:bottom w:val="single" w:sz="6" w:space="0" w:color="1B365D"/>
          <w:insideH w:val="single" w:sz="4" w:space="0" w:color="E0E0E0"/>
          <w:insideV w:val="single" w:sz="4" w:space="0" w:color="E0E0E0"/>
        </w:tblBorders>
        <w:tblLook w:val="04A0" w:firstRow="1" w:lastRow="0" w:firstColumn="1" w:lastColumn="0" w:noHBand="0" w:noVBand="1"/>
      </w:tblPr>
      <w:tblGrid>
        <w:gridCol w:w="845"/>
        <w:gridCol w:w="2532"/>
        <w:gridCol w:w="2195"/>
        <w:gridCol w:w="1855"/>
        <w:gridCol w:w="1855"/>
        <w:gridCol w:w="1518"/>
      </w:tblGrid>
      <w:tr w:rsidR="00AF2D7B" w:rsidTr="00AF2D7B">
        <w:trPr>
          <w:tblHeader/>
          <w:jc w:val="center"/>
        </w:trPr>
        <w:tc>
          <w:tcPr>
            <w:tcW w:w="391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S.N.</w:t>
            </w:r>
          </w:p>
        </w:tc>
        <w:tc>
          <w:tcPr>
            <w:tcW w:w="1172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Destek Personeli</w:t>
            </w:r>
            <w:r>
              <w:rPr>
                <w:b/>
                <w:color w:val="FFFFFF"/>
                <w:sz w:val="16"/>
              </w:rPr>
              <w:br/>
              <w:t>Adı Soyadı / Unvanı</w:t>
            </w:r>
          </w:p>
        </w:tc>
        <w:tc>
          <w:tcPr>
            <w:tcW w:w="1016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proofErr w:type="spellStart"/>
            <w:r>
              <w:rPr>
                <w:b/>
                <w:color w:val="FFFFFF"/>
                <w:sz w:val="16"/>
              </w:rPr>
              <w:t>Rotasyon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Görev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Yeri</w:t>
            </w:r>
            <w:proofErr w:type="spellEnd"/>
            <w:r>
              <w:rPr>
                <w:b/>
                <w:color w:val="FFFFFF"/>
                <w:sz w:val="16"/>
              </w:rPr>
              <w:t xml:space="preserve"> / Birimi</w:t>
            </w:r>
          </w:p>
        </w:tc>
        <w:tc>
          <w:tcPr>
            <w:tcW w:w="859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Başlangıç Tarihi</w:t>
            </w:r>
          </w:p>
        </w:tc>
        <w:tc>
          <w:tcPr>
            <w:tcW w:w="859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Bitiş Tarihi</w:t>
            </w:r>
          </w:p>
        </w:tc>
        <w:tc>
          <w:tcPr>
            <w:tcW w:w="703" w:type="pct"/>
            <w:shd w:val="clear" w:color="auto" w:fill="1B365D"/>
          </w:tcPr>
          <w:p w:rsidR="00AF2D7B" w:rsidRDefault="00AF2D7B">
            <w:pPr>
              <w:spacing w:before="60" w:after="60"/>
              <w:jc w:val="center"/>
            </w:pPr>
            <w:r>
              <w:rPr>
                <w:b/>
                <w:color w:val="FFFFFF"/>
                <w:sz w:val="16"/>
              </w:rPr>
              <w:t>Tebliğ / İmza</w:t>
            </w: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1</w:t>
            </w:r>
          </w:p>
        </w:tc>
        <w:tc>
          <w:tcPr>
            <w:tcW w:w="1172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Ali KURT</w:t>
            </w:r>
          </w:p>
        </w:tc>
        <w:tc>
          <w:tcPr>
            <w:tcW w:w="1016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Kedi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bookmarkStart w:id="0" w:name="_GoBack"/>
            <w:bookmarkEnd w:id="0"/>
            <w:proofErr w:type="spellStart"/>
            <w:r w:rsidRPr="00AF2D7B">
              <w:rPr>
                <w:sz w:val="16"/>
                <w:szCs w:val="16"/>
              </w:rPr>
              <w:t>Hospitalizasyon</w:t>
            </w:r>
            <w:proofErr w:type="spellEnd"/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 w:rsidP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9FAFC"/>
            <w:vAlign w:val="center"/>
          </w:tcPr>
          <w:p w:rsidR="00AF2D7B" w:rsidRDefault="00AF2D7B">
            <w:pPr>
              <w:spacing w:before="80" w:after="80"/>
              <w:jc w:val="center"/>
            </w:pPr>
            <w:r>
              <w:rPr>
                <w:sz w:val="15"/>
              </w:rPr>
              <w:t>[ İmza ]</w:t>
            </w: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2</w:t>
            </w:r>
          </w:p>
        </w:tc>
        <w:tc>
          <w:tcPr>
            <w:tcW w:w="1172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Sinan YERLİ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Amilyathane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Salonları</w:t>
            </w:r>
            <w:proofErr w:type="spellEnd"/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01.10.2026</w:t>
            </w: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  <w:r>
              <w:rPr>
                <w:sz w:val="15"/>
              </w:rPr>
              <w:t>[ İmza ]</w:t>
            </w: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</w:t>
            </w:r>
          </w:p>
        </w:tc>
        <w:tc>
          <w:tcPr>
            <w:tcW w:w="1172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Serhat</w:t>
            </w:r>
            <w:proofErr w:type="spellEnd"/>
            <w:r w:rsidRPr="00AF2D7B">
              <w:rPr>
                <w:sz w:val="16"/>
                <w:szCs w:val="16"/>
              </w:rPr>
              <w:t xml:space="preserve"> DURU</w:t>
            </w:r>
          </w:p>
        </w:tc>
        <w:tc>
          <w:tcPr>
            <w:tcW w:w="1016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Laboratuvarlar</w:t>
            </w:r>
            <w:proofErr w:type="spellEnd"/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9FAFC"/>
            <w:vAlign w:val="center"/>
          </w:tcPr>
          <w:p w:rsidR="00AF2D7B" w:rsidRDefault="00AF2D7B">
            <w:pPr>
              <w:spacing w:before="80" w:after="80"/>
              <w:jc w:val="center"/>
            </w:pPr>
            <w:r>
              <w:rPr>
                <w:sz w:val="15"/>
              </w:rPr>
              <w:t>[ İmza ]</w:t>
            </w: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4</w:t>
            </w:r>
          </w:p>
        </w:tc>
        <w:tc>
          <w:tcPr>
            <w:tcW w:w="1172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Emirhan</w:t>
            </w:r>
            <w:proofErr w:type="spellEnd"/>
            <w:r w:rsidRPr="00AF2D7B">
              <w:rPr>
                <w:sz w:val="16"/>
                <w:szCs w:val="16"/>
              </w:rPr>
              <w:t xml:space="preserve"> ULUBEY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Büyükbaş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Hayvan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Polikinikleri</w:t>
            </w:r>
            <w:proofErr w:type="spellEnd"/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5</w:t>
            </w:r>
          </w:p>
        </w:tc>
        <w:tc>
          <w:tcPr>
            <w:tcW w:w="1172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Yunus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Emre</w:t>
            </w:r>
            <w:proofErr w:type="spellEnd"/>
            <w:r w:rsidRPr="00AF2D7B">
              <w:rPr>
                <w:sz w:val="16"/>
                <w:szCs w:val="16"/>
              </w:rPr>
              <w:t xml:space="preserve"> BAKİ</w:t>
            </w:r>
          </w:p>
        </w:tc>
        <w:tc>
          <w:tcPr>
            <w:tcW w:w="1016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Köpek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Hospitalizasyon</w:t>
            </w:r>
            <w:proofErr w:type="spellEnd"/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9FAFC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6</w:t>
            </w:r>
          </w:p>
        </w:tc>
        <w:tc>
          <w:tcPr>
            <w:tcW w:w="1172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Doğan</w:t>
            </w:r>
            <w:proofErr w:type="spellEnd"/>
            <w:r w:rsidRPr="00AF2D7B">
              <w:rPr>
                <w:sz w:val="16"/>
                <w:szCs w:val="16"/>
              </w:rPr>
              <w:t xml:space="preserve"> AKBUR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 xml:space="preserve">Pet </w:t>
            </w:r>
            <w:proofErr w:type="spellStart"/>
            <w:r w:rsidRPr="00AF2D7B">
              <w:rPr>
                <w:sz w:val="16"/>
                <w:szCs w:val="16"/>
              </w:rPr>
              <w:t>Hayvan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Poliklinikleri</w:t>
            </w:r>
            <w:proofErr w:type="spellEnd"/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7</w:t>
            </w:r>
          </w:p>
        </w:tc>
        <w:tc>
          <w:tcPr>
            <w:tcW w:w="1172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Recep</w:t>
            </w:r>
            <w:proofErr w:type="spellEnd"/>
            <w:r w:rsidRPr="00AF2D7B">
              <w:rPr>
                <w:sz w:val="16"/>
                <w:szCs w:val="16"/>
              </w:rPr>
              <w:t xml:space="preserve"> AŞKARA</w:t>
            </w:r>
          </w:p>
        </w:tc>
        <w:tc>
          <w:tcPr>
            <w:tcW w:w="1016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Akademik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Personel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Ofis</w:t>
            </w:r>
            <w:proofErr w:type="spellEnd"/>
            <w:r w:rsidRPr="00AF2D7B">
              <w:rPr>
                <w:sz w:val="16"/>
                <w:szCs w:val="16"/>
              </w:rPr>
              <w:t xml:space="preserve"> Katı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9FAFC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8</w:t>
            </w:r>
          </w:p>
        </w:tc>
        <w:tc>
          <w:tcPr>
            <w:tcW w:w="1172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Cihan</w:t>
            </w:r>
            <w:proofErr w:type="spellEnd"/>
            <w:r w:rsidRPr="00AF2D7B">
              <w:rPr>
                <w:sz w:val="16"/>
                <w:szCs w:val="16"/>
              </w:rPr>
              <w:t xml:space="preserve"> KILIÇASLAN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Eğitim-Öğretim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  <w:proofErr w:type="spellStart"/>
            <w:r w:rsidRPr="00AF2D7B">
              <w:rPr>
                <w:sz w:val="16"/>
                <w:szCs w:val="16"/>
              </w:rPr>
              <w:t>Bloğu</w:t>
            </w:r>
            <w:proofErr w:type="spellEnd"/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9</w:t>
            </w:r>
          </w:p>
        </w:tc>
        <w:tc>
          <w:tcPr>
            <w:tcW w:w="1172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Ümmügülsün</w:t>
            </w:r>
            <w:proofErr w:type="spellEnd"/>
            <w:r w:rsidRPr="00AF2D7B">
              <w:rPr>
                <w:sz w:val="16"/>
                <w:szCs w:val="16"/>
              </w:rPr>
              <w:t xml:space="preserve"> KÖSE</w:t>
            </w:r>
          </w:p>
        </w:tc>
        <w:tc>
          <w:tcPr>
            <w:tcW w:w="1016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rPr>
                <w:sz w:val="16"/>
                <w:szCs w:val="16"/>
              </w:rPr>
            </w:pPr>
            <w:proofErr w:type="spellStart"/>
            <w:r w:rsidRPr="00AF2D7B">
              <w:rPr>
                <w:sz w:val="16"/>
                <w:szCs w:val="16"/>
              </w:rPr>
              <w:t>Başhekimlik</w:t>
            </w:r>
            <w:proofErr w:type="spellEnd"/>
            <w:r w:rsidRPr="00AF2D7B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01.01.2026</w:t>
            </w:r>
          </w:p>
        </w:tc>
        <w:tc>
          <w:tcPr>
            <w:tcW w:w="859" w:type="pct"/>
            <w:shd w:val="clear" w:color="auto" w:fill="F9FAFC"/>
            <w:vAlign w:val="center"/>
          </w:tcPr>
          <w:p w:rsidR="00AF2D7B" w:rsidRPr="00AF2D7B" w:rsidRDefault="00AF2D7B">
            <w:pPr>
              <w:spacing w:before="80" w:after="80"/>
              <w:jc w:val="center"/>
              <w:rPr>
                <w:sz w:val="16"/>
                <w:szCs w:val="16"/>
              </w:rPr>
            </w:pPr>
            <w:r w:rsidRPr="00AF2D7B">
              <w:rPr>
                <w:sz w:val="16"/>
                <w:szCs w:val="16"/>
              </w:rPr>
              <w:t>31.12.2026</w:t>
            </w:r>
          </w:p>
        </w:tc>
        <w:tc>
          <w:tcPr>
            <w:tcW w:w="703" w:type="pct"/>
            <w:shd w:val="clear" w:color="auto" w:fill="F9FAFC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  <w:tr w:rsidR="00AF2D7B" w:rsidTr="00AF2D7B">
        <w:trPr>
          <w:cantSplit/>
          <w:jc w:val="center"/>
        </w:trPr>
        <w:tc>
          <w:tcPr>
            <w:tcW w:w="391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  <w:r>
              <w:rPr>
                <w:sz w:val="15"/>
              </w:rPr>
              <w:t>10</w:t>
            </w:r>
          </w:p>
        </w:tc>
        <w:tc>
          <w:tcPr>
            <w:tcW w:w="1172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</w:pPr>
          </w:p>
        </w:tc>
        <w:tc>
          <w:tcPr>
            <w:tcW w:w="1016" w:type="pct"/>
            <w:shd w:val="clear" w:color="auto" w:fill="FFFFFF"/>
            <w:vAlign w:val="center"/>
          </w:tcPr>
          <w:p w:rsidR="00AF2D7B" w:rsidRPr="00AF2D7B" w:rsidRDefault="00AF2D7B">
            <w:pPr>
              <w:spacing w:before="80" w:after="80"/>
              <w:rPr>
                <w:sz w:val="15"/>
              </w:rPr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  <w:tc>
          <w:tcPr>
            <w:tcW w:w="703" w:type="pct"/>
            <w:shd w:val="clear" w:color="auto" w:fill="FFFFFF"/>
            <w:vAlign w:val="center"/>
          </w:tcPr>
          <w:p w:rsidR="00AF2D7B" w:rsidRDefault="00AF2D7B">
            <w:pPr>
              <w:spacing w:before="80" w:after="80"/>
              <w:jc w:val="center"/>
            </w:pPr>
          </w:p>
        </w:tc>
      </w:tr>
    </w:tbl>
    <w:p w:rsidR="00364309" w:rsidRDefault="00364309">
      <w:pPr>
        <w:spacing w:before="160" w:after="40"/>
      </w:pPr>
    </w:p>
    <w:p w:rsidR="00364309" w:rsidRDefault="003E40B1">
      <w:r>
        <w:rPr>
          <w:b/>
          <w:color w:val="1B365D"/>
          <w:sz w:val="17"/>
        </w:rPr>
        <w:t>ROTASYON VE GÖREV UYGULAMA ESASLARI (YÖKAK Kalite Standartları Gereği):</w:t>
      </w:r>
    </w:p>
    <w:p w:rsidR="00364309" w:rsidRDefault="003E40B1">
      <w:pPr>
        <w:spacing w:after="20"/>
      </w:pPr>
      <w:r>
        <w:rPr>
          <w:color w:val="555555"/>
          <w:sz w:val="15"/>
        </w:rPr>
        <w:t>1. Destek personeli, rotasyon planında belirtilen birimlerde hijyen, temizlik ve birim destek hizmetlerini yürütmekle yükümlüdür.</w:t>
      </w:r>
    </w:p>
    <w:p w:rsidR="00364309" w:rsidRDefault="003E40B1">
      <w:pPr>
        <w:spacing w:after="20"/>
      </w:pPr>
      <w:r>
        <w:rPr>
          <w:color w:val="555555"/>
          <w:sz w:val="15"/>
        </w:rPr>
        <w:t>2. Kedi/Köpek Hospitalizasyon birimlerine atanan personel, birim temizlik takip çizelgelerini günlük olarak doldurur ve imzalar (DÖF-2026-01 kanıtı).</w:t>
      </w:r>
    </w:p>
    <w:p w:rsidR="00364309" w:rsidRDefault="003E40B1">
      <w:pPr>
        <w:spacing w:after="20"/>
      </w:pPr>
      <w:r>
        <w:rPr>
          <w:color w:val="555555"/>
          <w:sz w:val="15"/>
        </w:rPr>
        <w:t>3. Eczane destek birimine rotasyonla atanan personel, ilaç/stok birimlerindeki yoğunluğu azaltacak görev dağılımına uyar (DÖF-2026-05 kanıtı).</w:t>
      </w:r>
    </w:p>
    <w:p w:rsidR="00364309" w:rsidRDefault="003E40B1">
      <w:pPr>
        <w:spacing w:after="20"/>
      </w:pPr>
      <w:r>
        <w:rPr>
          <w:color w:val="555555"/>
          <w:sz w:val="15"/>
        </w:rPr>
        <w:t>4. Görev yeri değişiklikleri personele resmi yazı ile tebliğ edilir ve imza karşılığı teslim edilir.</w:t>
      </w:r>
    </w:p>
    <w:p w:rsidR="00364309" w:rsidRDefault="00364309">
      <w:pPr>
        <w:spacing w:before="120"/>
      </w:pPr>
    </w:p>
    <w:tbl>
      <w:tblPr>
        <w:tblW w:w="0" w:type="auto"/>
        <w:jc w:val="center"/>
        <w:tblBorders>
          <w:top w:val="single" w:sz="4" w:space="0" w:color="1B365D"/>
          <w:left w:val="single" w:sz="4" w:space="0" w:color="1B365D"/>
          <w:bottom w:val="single" w:sz="4" w:space="0" w:color="1B365D"/>
          <w:right w:val="single" w:sz="4" w:space="0" w:color="1B365D"/>
          <w:insideH w:val="single" w:sz="4" w:space="0" w:color="CCCCCC"/>
          <w:insideV w:val="single" w:sz="4" w:space="0" w:color="CCCCCC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AF2D7B" w:rsidTr="00E549A0">
        <w:trPr>
          <w:jc w:val="center"/>
        </w:trPr>
        <w:tc>
          <w:tcPr>
            <w:tcW w:w="3600" w:type="dxa"/>
            <w:shd w:val="clear" w:color="auto" w:fill="F0F4F8"/>
          </w:tcPr>
          <w:p w:rsidR="00AF2D7B" w:rsidRDefault="00AF2D7B" w:rsidP="00E549A0">
            <w:pPr>
              <w:jc w:val="center"/>
            </w:pPr>
            <w:proofErr w:type="spellStart"/>
            <w:r>
              <w:rPr>
                <w:b/>
                <w:color w:val="1B365D"/>
                <w:sz w:val="16"/>
              </w:rPr>
              <w:t>Hazırlayan</w:t>
            </w:r>
            <w:proofErr w:type="spellEnd"/>
          </w:p>
        </w:tc>
        <w:tc>
          <w:tcPr>
            <w:tcW w:w="3600" w:type="dxa"/>
            <w:shd w:val="clear" w:color="auto" w:fill="F0F4F8"/>
          </w:tcPr>
          <w:p w:rsidR="00AF2D7B" w:rsidRDefault="00AF2D7B" w:rsidP="00E549A0">
            <w:pPr>
              <w:jc w:val="center"/>
            </w:pPr>
            <w:proofErr w:type="spellStart"/>
            <w:r>
              <w:rPr>
                <w:b/>
                <w:color w:val="1B365D"/>
                <w:sz w:val="16"/>
              </w:rPr>
              <w:t>Kontrol</w:t>
            </w:r>
            <w:proofErr w:type="spellEnd"/>
            <w:r>
              <w:rPr>
                <w:b/>
                <w:color w:val="1B365D"/>
                <w:sz w:val="16"/>
              </w:rPr>
              <w:t xml:space="preserve"> Eden </w:t>
            </w:r>
          </w:p>
        </w:tc>
        <w:tc>
          <w:tcPr>
            <w:tcW w:w="3600" w:type="dxa"/>
            <w:shd w:val="clear" w:color="auto" w:fill="F0F4F8"/>
          </w:tcPr>
          <w:p w:rsidR="00AF2D7B" w:rsidRDefault="00AF2D7B" w:rsidP="00E549A0">
            <w:pPr>
              <w:jc w:val="center"/>
            </w:pPr>
            <w:proofErr w:type="spellStart"/>
            <w:r>
              <w:rPr>
                <w:b/>
                <w:color w:val="1B365D"/>
                <w:sz w:val="16"/>
              </w:rPr>
              <w:t>Onaylayan</w:t>
            </w:r>
            <w:proofErr w:type="spellEnd"/>
            <w:r>
              <w:rPr>
                <w:b/>
                <w:color w:val="1B365D"/>
                <w:sz w:val="16"/>
              </w:rPr>
              <w:t xml:space="preserve"> (</w:t>
            </w:r>
            <w:proofErr w:type="spellStart"/>
            <w:r>
              <w:rPr>
                <w:b/>
                <w:color w:val="1B365D"/>
                <w:sz w:val="16"/>
              </w:rPr>
              <w:t>Başhekim</w:t>
            </w:r>
            <w:proofErr w:type="spellEnd"/>
            <w:r>
              <w:rPr>
                <w:b/>
                <w:color w:val="1B365D"/>
                <w:sz w:val="16"/>
              </w:rPr>
              <w:t>)</w:t>
            </w:r>
          </w:p>
        </w:tc>
      </w:tr>
      <w:tr w:rsidR="00AF2D7B" w:rsidTr="00E549A0">
        <w:trPr>
          <w:jc w:val="center"/>
        </w:trPr>
        <w:tc>
          <w:tcPr>
            <w:tcW w:w="3600" w:type="dxa"/>
          </w:tcPr>
          <w:p w:rsidR="00AF2D7B" w:rsidRDefault="00AF2D7B" w:rsidP="00E549A0">
            <w:pPr>
              <w:spacing w:before="80" w:after="8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Dr. </w:t>
            </w:r>
            <w:proofErr w:type="spellStart"/>
            <w:r>
              <w:rPr>
                <w:sz w:val="16"/>
              </w:rPr>
              <w:t>Öğr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Üyesi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Öznur</w:t>
            </w:r>
            <w:proofErr w:type="spellEnd"/>
            <w:r>
              <w:rPr>
                <w:sz w:val="16"/>
              </w:rPr>
              <w:t xml:space="preserve"> YILMAZ KOÇ</w:t>
            </w:r>
          </w:p>
          <w:p w:rsidR="00AF2D7B" w:rsidRDefault="00AF2D7B" w:rsidP="00E549A0">
            <w:pPr>
              <w:spacing w:before="80" w:after="80"/>
              <w:jc w:val="center"/>
            </w:pPr>
            <w:r>
              <w:rPr>
                <w:sz w:val="16"/>
              </w:rPr>
              <w:t xml:space="preserve">HAYMER </w:t>
            </w:r>
            <w:proofErr w:type="spellStart"/>
            <w:r>
              <w:rPr>
                <w:sz w:val="16"/>
              </w:rPr>
              <w:t>Başhekim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Yardımcısı</w:t>
            </w:r>
            <w:proofErr w:type="spellEnd"/>
            <w:r>
              <w:rPr>
                <w:sz w:val="16"/>
              </w:rPr>
              <w:br/>
            </w:r>
            <w:proofErr w:type="spellStart"/>
            <w:r>
              <w:rPr>
                <w:sz w:val="16"/>
              </w:rPr>
              <w:t>Tarih</w:t>
            </w:r>
            <w:proofErr w:type="spellEnd"/>
            <w:r>
              <w:rPr>
                <w:sz w:val="16"/>
              </w:rPr>
              <w:t>: .../.../2026</w:t>
            </w:r>
          </w:p>
        </w:tc>
        <w:tc>
          <w:tcPr>
            <w:tcW w:w="3600" w:type="dxa"/>
          </w:tcPr>
          <w:p w:rsidR="00AF2D7B" w:rsidRPr="00BD003B" w:rsidRDefault="00AF2D7B" w:rsidP="00E549A0">
            <w:pPr>
              <w:spacing w:before="80" w:after="8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Doç</w:t>
            </w:r>
            <w:proofErr w:type="spellEnd"/>
            <w:r>
              <w:rPr>
                <w:sz w:val="16"/>
              </w:rPr>
              <w:t>. Dr. Ahmet ESER</w:t>
            </w:r>
          </w:p>
          <w:p w:rsidR="00AF2D7B" w:rsidRDefault="00AF2D7B" w:rsidP="00E549A0">
            <w:pPr>
              <w:spacing w:before="80" w:after="80"/>
              <w:jc w:val="center"/>
            </w:pPr>
            <w:r w:rsidRPr="00BD003B">
              <w:rPr>
                <w:sz w:val="16"/>
              </w:rPr>
              <w:t xml:space="preserve">HAYMER </w:t>
            </w:r>
            <w:proofErr w:type="spellStart"/>
            <w:r w:rsidRPr="00BD003B">
              <w:rPr>
                <w:sz w:val="16"/>
              </w:rPr>
              <w:t>Başhekim</w:t>
            </w:r>
            <w:proofErr w:type="spellEnd"/>
            <w:r w:rsidRPr="00BD003B">
              <w:rPr>
                <w:sz w:val="16"/>
              </w:rPr>
              <w:t xml:space="preserve"> </w:t>
            </w:r>
            <w:proofErr w:type="spellStart"/>
            <w:r w:rsidRPr="00BD003B">
              <w:rPr>
                <w:sz w:val="16"/>
              </w:rPr>
              <w:t>Yardımcısı</w:t>
            </w:r>
            <w:proofErr w:type="spellEnd"/>
            <w:r w:rsidRPr="00BD003B">
              <w:rPr>
                <w:sz w:val="16"/>
              </w:rPr>
              <w:br/>
            </w:r>
            <w:proofErr w:type="spellStart"/>
            <w:r w:rsidRPr="00BD003B">
              <w:rPr>
                <w:sz w:val="16"/>
              </w:rPr>
              <w:t>Tarih</w:t>
            </w:r>
            <w:proofErr w:type="spellEnd"/>
            <w:r w:rsidRPr="00BD003B">
              <w:rPr>
                <w:sz w:val="16"/>
              </w:rPr>
              <w:t>: .../.../2026</w:t>
            </w:r>
          </w:p>
        </w:tc>
        <w:tc>
          <w:tcPr>
            <w:tcW w:w="3600" w:type="dxa"/>
          </w:tcPr>
          <w:p w:rsidR="00AF2D7B" w:rsidRDefault="00AF2D7B" w:rsidP="00E549A0">
            <w:pPr>
              <w:spacing w:before="80" w:after="80"/>
              <w:jc w:val="center"/>
            </w:pPr>
            <w:proofErr w:type="spellStart"/>
            <w:r>
              <w:rPr>
                <w:sz w:val="16"/>
              </w:rPr>
              <w:t>Doç</w:t>
            </w:r>
            <w:proofErr w:type="spellEnd"/>
            <w:r>
              <w:rPr>
                <w:sz w:val="16"/>
              </w:rPr>
              <w:t>. Dr. Ali GÜLAYDIN</w:t>
            </w:r>
            <w:r>
              <w:rPr>
                <w:sz w:val="16"/>
              </w:rPr>
              <w:br/>
              <w:t xml:space="preserve">HAYMER </w:t>
            </w:r>
            <w:proofErr w:type="spellStart"/>
            <w:r>
              <w:rPr>
                <w:sz w:val="16"/>
              </w:rPr>
              <w:t>Başhekimi</w:t>
            </w:r>
            <w:proofErr w:type="spellEnd"/>
            <w:r>
              <w:rPr>
                <w:sz w:val="16"/>
              </w:rPr>
              <w:br/>
            </w:r>
            <w:proofErr w:type="spellStart"/>
            <w:r>
              <w:rPr>
                <w:sz w:val="16"/>
              </w:rPr>
              <w:t>İmza</w:t>
            </w:r>
            <w:proofErr w:type="spellEnd"/>
            <w:r>
              <w:rPr>
                <w:sz w:val="16"/>
              </w:rPr>
              <w:t xml:space="preserve"> / </w:t>
            </w:r>
            <w:proofErr w:type="spellStart"/>
            <w:r>
              <w:rPr>
                <w:sz w:val="16"/>
              </w:rPr>
              <w:t>Mühür</w:t>
            </w:r>
            <w:proofErr w:type="spellEnd"/>
            <w:r>
              <w:rPr>
                <w:sz w:val="16"/>
              </w:rPr>
              <w:t>: ............</w:t>
            </w:r>
            <w:r>
              <w:rPr>
                <w:sz w:val="16"/>
              </w:rPr>
              <w:br/>
            </w:r>
            <w:proofErr w:type="spellStart"/>
            <w:r>
              <w:rPr>
                <w:sz w:val="16"/>
              </w:rPr>
              <w:t>Tarih</w:t>
            </w:r>
            <w:proofErr w:type="spellEnd"/>
            <w:r>
              <w:rPr>
                <w:sz w:val="16"/>
              </w:rPr>
              <w:t>: .../.../2026</w:t>
            </w:r>
          </w:p>
        </w:tc>
      </w:tr>
    </w:tbl>
    <w:p w:rsidR="003E40B1" w:rsidRDefault="003E40B1"/>
    <w:sectPr w:rsidR="003E40B1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23D0D"/>
    <w:rsid w:val="0029639D"/>
    <w:rsid w:val="00326F90"/>
    <w:rsid w:val="00364309"/>
    <w:rsid w:val="003E40B1"/>
    <w:rsid w:val="00AA1D8D"/>
    <w:rsid w:val="00AF2D7B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F3E4C"/>
  <w14:defaultImageDpi w14:val="300"/>
  <w15:docId w15:val="{0DDB6161-8A42-4DFA-9493-C16492EF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libri" w:hAnsi="Calibri"/>
      <w:color w:val="333333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25257E-D41B-4324-B33A-D819FB222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Özgül GÜLAYDIN</cp:lastModifiedBy>
  <cp:revision>3</cp:revision>
  <dcterms:created xsi:type="dcterms:W3CDTF">2026-11-06T09:54:00Z</dcterms:created>
  <dcterms:modified xsi:type="dcterms:W3CDTF">2026-11-06T10:02:00Z</dcterms:modified>
  <cp:category/>
</cp:coreProperties>
</file>