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6" w:space="0" w:color="1B365D"/>
          <w:left w:val="single" w:sz="6" w:space="0" w:color="1B365D"/>
          <w:bottom w:val="single" w:sz="6" w:space="0" w:color="1B365D"/>
          <w:right w:val="single" w:sz="6" w:space="0" w:color="1B365D"/>
          <w:insideH w:val="single" w:sz="4" w:space="0" w:color="1B365D"/>
          <w:insideV w:val="single" w:sz="4" w:space="0" w:color="1B365D"/>
        </w:tblBorders>
        <w:tblLook w:val="04A0" w:firstRow="1" w:lastRow="0" w:firstColumn="1" w:lastColumn="0" w:noHBand="0" w:noVBand="1"/>
      </w:tblPr>
      <w:tblGrid>
        <w:gridCol w:w="3452"/>
        <w:gridCol w:w="7480"/>
        <w:gridCol w:w="3452"/>
      </w:tblGrid>
      <w:tr w:rsidR="00434B52" w:rsidTr="00434B52">
        <w:trPr>
          <w:trHeight w:val="411"/>
          <w:jc w:val="center"/>
        </w:trPr>
        <w:tc>
          <w:tcPr>
            <w:tcW w:w="1200" w:type="pct"/>
            <w:vMerge w:val="restart"/>
            <w:vAlign w:val="center"/>
          </w:tcPr>
          <w:p w:rsidR="00591522" w:rsidRDefault="00434B52" w:rsidP="00434B52">
            <w:pPr>
              <w:spacing w:after="0"/>
              <w:jc w:val="center"/>
            </w:pPr>
            <w:r w:rsidRPr="00434B52">
              <w:rPr>
                <w:noProof/>
                <w:lang w:val="tr-TR" w:eastAsia="tr-TR"/>
              </w:rPr>
              <w:drawing>
                <wp:inline distT="0" distB="0" distL="0" distR="0">
                  <wp:extent cx="1004252" cy="1004252"/>
                  <wp:effectExtent l="0" t="0" r="5715" b="5715"/>
                  <wp:docPr id="1" name="Resim 1" descr="C:\Users\ozgul\Desktop\HAYMER Kalite\Log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zgul\Desktop\HAYMER Kalite\Logo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640" cy="100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0" w:type="pct"/>
            <w:vMerge w:val="restart"/>
            <w:vAlign w:val="center"/>
          </w:tcPr>
          <w:p w:rsidR="00591522" w:rsidRDefault="00BB77BB" w:rsidP="00434B52">
            <w:pPr>
              <w:spacing w:after="0"/>
              <w:jc w:val="center"/>
            </w:pPr>
            <w:r>
              <w:rPr>
                <w:b/>
                <w:color w:val="1B365D"/>
                <w:sz w:val="20"/>
              </w:rPr>
              <w:t>HAYVAN SAĞLIĞI UYGULAMA VE ARAŞTIRMA MERKEZİ</w:t>
            </w:r>
            <w:r>
              <w:rPr>
                <w:b/>
                <w:color w:val="1B365D"/>
                <w:sz w:val="20"/>
              </w:rPr>
              <w:br/>
            </w:r>
            <w:r>
              <w:rPr>
                <w:b/>
                <w:color w:val="0056B3"/>
                <w:sz w:val="21"/>
              </w:rPr>
              <w:t xml:space="preserve">İNTÖRN VETERİNER HEKİM ACİL NÖBET ÇİZELGESİ </w:t>
            </w:r>
          </w:p>
        </w:tc>
        <w:tc>
          <w:tcPr>
            <w:tcW w:w="1200" w:type="pct"/>
            <w:vAlign w:val="center"/>
          </w:tcPr>
          <w:p w:rsidR="00591522" w:rsidRDefault="00BB77BB" w:rsidP="00434B52">
            <w:pPr>
              <w:spacing w:after="0"/>
            </w:pPr>
            <w:r>
              <w:rPr>
                <w:b/>
                <w:sz w:val="15"/>
              </w:rPr>
              <w:t xml:space="preserve">Doküman No: </w:t>
            </w:r>
          </w:p>
        </w:tc>
      </w:tr>
      <w:tr w:rsidR="00434B52" w:rsidTr="00434B52">
        <w:trPr>
          <w:trHeight w:val="611"/>
          <w:jc w:val="center"/>
        </w:trPr>
        <w:tc>
          <w:tcPr>
            <w:tcW w:w="1200" w:type="pct"/>
            <w:vMerge/>
            <w:vAlign w:val="center"/>
          </w:tcPr>
          <w:p w:rsidR="00591522" w:rsidRDefault="00591522" w:rsidP="00434B52">
            <w:pPr>
              <w:spacing w:after="0"/>
            </w:pPr>
          </w:p>
        </w:tc>
        <w:tc>
          <w:tcPr>
            <w:tcW w:w="2600" w:type="pct"/>
            <w:vMerge/>
            <w:vAlign w:val="center"/>
          </w:tcPr>
          <w:p w:rsidR="00591522" w:rsidRDefault="00591522" w:rsidP="00434B52">
            <w:pPr>
              <w:spacing w:after="0"/>
            </w:pPr>
          </w:p>
        </w:tc>
        <w:tc>
          <w:tcPr>
            <w:tcW w:w="1200" w:type="pct"/>
            <w:vAlign w:val="center"/>
          </w:tcPr>
          <w:p w:rsidR="00591522" w:rsidRDefault="00BB77BB" w:rsidP="00434B52">
            <w:pPr>
              <w:spacing w:after="0"/>
            </w:pPr>
            <w:r>
              <w:rPr>
                <w:b/>
                <w:sz w:val="15"/>
              </w:rPr>
              <w:t xml:space="preserve">Yayın Tarihi: </w:t>
            </w:r>
          </w:p>
        </w:tc>
      </w:tr>
      <w:tr w:rsidR="00434B52" w:rsidTr="00434B52">
        <w:trPr>
          <w:jc w:val="center"/>
        </w:trPr>
        <w:tc>
          <w:tcPr>
            <w:tcW w:w="1200" w:type="pct"/>
            <w:vMerge/>
            <w:vAlign w:val="center"/>
          </w:tcPr>
          <w:p w:rsidR="00591522" w:rsidRDefault="00591522" w:rsidP="00434B52">
            <w:pPr>
              <w:spacing w:after="0"/>
            </w:pPr>
          </w:p>
        </w:tc>
        <w:tc>
          <w:tcPr>
            <w:tcW w:w="2600" w:type="pct"/>
            <w:vMerge/>
            <w:vAlign w:val="center"/>
          </w:tcPr>
          <w:p w:rsidR="00591522" w:rsidRDefault="00591522" w:rsidP="00434B52">
            <w:pPr>
              <w:spacing w:after="0"/>
            </w:pPr>
          </w:p>
        </w:tc>
        <w:tc>
          <w:tcPr>
            <w:tcW w:w="1200" w:type="pct"/>
            <w:vAlign w:val="center"/>
          </w:tcPr>
          <w:p w:rsidR="00591522" w:rsidRDefault="00BB77BB" w:rsidP="00434B52">
            <w:pPr>
              <w:spacing w:after="0"/>
            </w:pPr>
            <w:r>
              <w:rPr>
                <w:b/>
                <w:sz w:val="15"/>
              </w:rPr>
              <w:t xml:space="preserve">Revizyon No / Tarih: </w:t>
            </w:r>
          </w:p>
        </w:tc>
      </w:tr>
    </w:tbl>
    <w:p w:rsidR="00591522" w:rsidRDefault="00591522">
      <w:pPr>
        <w:spacing w:after="40"/>
      </w:pPr>
    </w:p>
    <w:tbl>
      <w:tblPr>
        <w:tblW w:w="5000" w:type="pct"/>
        <w:jc w:val="center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E0E0E0"/>
          <w:insideV w:val="single" w:sz="4" w:space="0" w:color="E0E0E0"/>
        </w:tblBorders>
        <w:tblLook w:val="04A0" w:firstRow="1" w:lastRow="0" w:firstColumn="1" w:lastColumn="0" w:noHBand="0" w:noVBand="1"/>
      </w:tblPr>
      <w:tblGrid>
        <w:gridCol w:w="2878"/>
        <w:gridCol w:w="4317"/>
        <w:gridCol w:w="2878"/>
        <w:gridCol w:w="4317"/>
      </w:tblGrid>
      <w:tr w:rsidR="00591522" w:rsidTr="00434B52">
        <w:trPr>
          <w:jc w:val="center"/>
        </w:trPr>
        <w:tc>
          <w:tcPr>
            <w:tcW w:w="1000" w:type="pct"/>
            <w:shd w:val="clear" w:color="auto" w:fill="F0F4F8"/>
          </w:tcPr>
          <w:p w:rsidR="00591522" w:rsidRDefault="00BB77BB">
            <w:r>
              <w:rPr>
                <w:b/>
                <w:sz w:val="16"/>
              </w:rPr>
              <w:t xml:space="preserve">Nöbet </w:t>
            </w:r>
            <w:r>
              <w:rPr>
                <w:b/>
                <w:sz w:val="16"/>
              </w:rPr>
              <w:t>Dönemi / Yılı:</w:t>
            </w:r>
          </w:p>
        </w:tc>
        <w:tc>
          <w:tcPr>
            <w:tcW w:w="1500" w:type="pct"/>
          </w:tcPr>
          <w:p w:rsidR="00591522" w:rsidRDefault="00BB77BB">
            <w:r>
              <w:rPr>
                <w:sz w:val="16"/>
              </w:rPr>
              <w:t>2026 - 202</w:t>
            </w:r>
            <w:r w:rsidR="00434B52">
              <w:rPr>
                <w:sz w:val="16"/>
              </w:rPr>
              <w:t xml:space="preserve">7 </w:t>
            </w:r>
            <w:proofErr w:type="spellStart"/>
            <w:r w:rsidR="00434B52">
              <w:rPr>
                <w:sz w:val="16"/>
              </w:rPr>
              <w:t>Eğitim</w:t>
            </w:r>
            <w:proofErr w:type="spellEnd"/>
            <w:r w:rsidR="00434B52">
              <w:rPr>
                <w:sz w:val="16"/>
              </w:rPr>
              <w:t xml:space="preserve"> </w:t>
            </w:r>
            <w:proofErr w:type="spellStart"/>
            <w:r w:rsidR="00434B52">
              <w:rPr>
                <w:sz w:val="16"/>
              </w:rPr>
              <w:t>Öğretim</w:t>
            </w:r>
            <w:proofErr w:type="spellEnd"/>
            <w:r w:rsidR="00434B52">
              <w:rPr>
                <w:sz w:val="16"/>
              </w:rPr>
              <w:t xml:space="preserve"> </w:t>
            </w:r>
            <w:proofErr w:type="spellStart"/>
            <w:r w:rsidR="00434B52">
              <w:rPr>
                <w:sz w:val="16"/>
              </w:rPr>
              <w:t>Yılı</w:t>
            </w:r>
            <w:proofErr w:type="spellEnd"/>
            <w:r w:rsidR="00434B52">
              <w:rPr>
                <w:sz w:val="16"/>
              </w:rPr>
              <w:t xml:space="preserve"> (</w:t>
            </w:r>
            <w:proofErr w:type="spellStart"/>
            <w:r w:rsidR="00434B52">
              <w:rPr>
                <w:sz w:val="16"/>
              </w:rPr>
              <w:t>Güz</w:t>
            </w:r>
            <w:proofErr w:type="spellEnd"/>
            <w:r w:rsidR="00434B52">
              <w:rPr>
                <w:sz w:val="16"/>
              </w:rPr>
              <w:t xml:space="preserve"> </w:t>
            </w:r>
            <w:proofErr w:type="spellStart"/>
            <w:r w:rsidR="00434B52">
              <w:rPr>
                <w:sz w:val="16"/>
              </w:rPr>
              <w:t>Dönem</w:t>
            </w:r>
            <w:proofErr w:type="spellEnd"/>
            <w:r w:rsidR="00434B52">
              <w:rPr>
                <w:sz w:val="16"/>
              </w:rPr>
              <w:t>)</w:t>
            </w:r>
          </w:p>
        </w:tc>
        <w:tc>
          <w:tcPr>
            <w:tcW w:w="1000" w:type="pct"/>
            <w:shd w:val="clear" w:color="auto" w:fill="F0F4F8"/>
          </w:tcPr>
          <w:p w:rsidR="00591522" w:rsidRDefault="00BB77BB">
            <w:r>
              <w:rPr>
                <w:b/>
                <w:sz w:val="16"/>
              </w:rPr>
              <w:t>İlgili Birim:</w:t>
            </w:r>
          </w:p>
        </w:tc>
        <w:tc>
          <w:tcPr>
            <w:tcW w:w="1500" w:type="pct"/>
          </w:tcPr>
          <w:p w:rsidR="00591522" w:rsidRDefault="00BB77BB">
            <w:proofErr w:type="spellStart"/>
            <w:r>
              <w:rPr>
                <w:sz w:val="16"/>
              </w:rPr>
              <w:t>Klinik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Bilimler</w:t>
            </w:r>
            <w:proofErr w:type="spellEnd"/>
            <w:r w:rsidR="00434B52">
              <w:rPr>
                <w:sz w:val="16"/>
              </w:rPr>
              <w:t xml:space="preserve"> Ana </w:t>
            </w:r>
            <w:proofErr w:type="spellStart"/>
            <w:r w:rsidR="00434B52">
              <w:rPr>
                <w:sz w:val="16"/>
              </w:rPr>
              <w:t>Bilim</w:t>
            </w:r>
            <w:proofErr w:type="spellEnd"/>
            <w:r w:rsidR="00434B52">
              <w:rPr>
                <w:sz w:val="16"/>
              </w:rPr>
              <w:t xml:space="preserve"> </w:t>
            </w:r>
            <w:proofErr w:type="spellStart"/>
            <w:r w:rsidR="00434B52">
              <w:rPr>
                <w:sz w:val="16"/>
              </w:rPr>
              <w:t>dalları</w:t>
            </w:r>
            <w:proofErr w:type="spellEnd"/>
          </w:p>
        </w:tc>
      </w:tr>
      <w:tr w:rsidR="00591522" w:rsidTr="00434B52">
        <w:trPr>
          <w:jc w:val="center"/>
        </w:trPr>
        <w:tc>
          <w:tcPr>
            <w:tcW w:w="1000" w:type="pct"/>
            <w:shd w:val="clear" w:color="auto" w:fill="F0F4F8"/>
          </w:tcPr>
          <w:p w:rsidR="00591522" w:rsidRDefault="00BB77BB">
            <w:r>
              <w:rPr>
                <w:b/>
                <w:sz w:val="16"/>
              </w:rPr>
              <w:t>İlgili DÖF Kodu:</w:t>
            </w:r>
          </w:p>
        </w:tc>
        <w:tc>
          <w:tcPr>
            <w:tcW w:w="1500" w:type="pct"/>
          </w:tcPr>
          <w:p w:rsidR="00591522" w:rsidRDefault="00BB77BB">
            <w:r>
              <w:rPr>
                <w:sz w:val="16"/>
              </w:rPr>
              <w:t>DÖF-2026-06 (Acil Nöbet Org.)</w:t>
            </w:r>
          </w:p>
        </w:tc>
        <w:tc>
          <w:tcPr>
            <w:tcW w:w="1000" w:type="pct"/>
            <w:shd w:val="clear" w:color="auto" w:fill="F0F4F8"/>
          </w:tcPr>
          <w:p w:rsidR="00591522" w:rsidRDefault="00BB77BB">
            <w:r>
              <w:rPr>
                <w:b/>
                <w:sz w:val="16"/>
              </w:rPr>
              <w:t>YÖKAK Ölçüt Alanı:</w:t>
            </w:r>
          </w:p>
        </w:tc>
        <w:tc>
          <w:tcPr>
            <w:tcW w:w="1500" w:type="pct"/>
          </w:tcPr>
          <w:p w:rsidR="00591522" w:rsidRDefault="00BB77BB">
            <w:r>
              <w:rPr>
                <w:sz w:val="16"/>
              </w:rPr>
              <w:t>B.2.2 / C.2.1 / C.3 (PUKÖ)</w:t>
            </w:r>
          </w:p>
        </w:tc>
      </w:tr>
    </w:tbl>
    <w:p w:rsidR="00591522" w:rsidRDefault="00591522">
      <w:pPr>
        <w:spacing w:after="40"/>
      </w:pPr>
    </w:p>
    <w:tbl>
      <w:tblPr>
        <w:tblW w:w="5000" w:type="pct"/>
        <w:jc w:val="center"/>
        <w:tblBorders>
          <w:top w:val="single" w:sz="4" w:space="0" w:color="D3D3D3"/>
          <w:bottom w:val="single" w:sz="6" w:space="0" w:color="1B365D"/>
          <w:insideH w:val="single" w:sz="4" w:space="0" w:color="E0E0E0"/>
          <w:insideV w:val="single" w:sz="4" w:space="0" w:color="E0E0E0"/>
        </w:tblBorders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799"/>
        <w:gridCol w:w="1799"/>
        <w:gridCol w:w="1799"/>
        <w:gridCol w:w="1799"/>
        <w:gridCol w:w="1799"/>
      </w:tblGrid>
      <w:tr w:rsidR="003F1832" w:rsidRPr="003F1832" w:rsidTr="00213B70">
        <w:trPr>
          <w:tblHeader/>
          <w:jc w:val="center"/>
        </w:trPr>
        <w:tc>
          <w:tcPr>
            <w:tcW w:w="625" w:type="pct"/>
            <w:shd w:val="clear" w:color="auto" w:fill="1B365D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color w:val="FFFFFF"/>
                <w:sz w:val="16"/>
                <w:szCs w:val="16"/>
              </w:rPr>
              <w:t>Tarih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Gün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Tür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Vardiya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Nöbetçi</w:t>
            </w:r>
            <w:proofErr w:type="spellEnd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 xml:space="preserve"> 1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Nöbetçi</w:t>
            </w:r>
            <w:proofErr w:type="spellEnd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 xml:space="preserve"> 2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Nöbetçi</w:t>
            </w:r>
            <w:proofErr w:type="spellEnd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 xml:space="preserve"> 3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3366" w:fill="1F4E78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>Nöbetçi</w:t>
            </w:r>
            <w:proofErr w:type="spellEnd"/>
            <w:r w:rsidRPr="003F1832">
              <w:rPr>
                <w:rFonts w:asciiTheme="majorHAnsi" w:hAnsiTheme="majorHAnsi" w:cstheme="majorHAnsi"/>
                <w:b/>
                <w:bCs/>
                <w:color w:val="FFFFFF"/>
                <w:sz w:val="16"/>
                <w:szCs w:val="16"/>
              </w:rPr>
              <w:t xml:space="preserve"> 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05.11.2026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230701101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06.11.2026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07.11.2026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07.11.2026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220701064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08.11.2026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220701056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08.11.2026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09.11.2026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10.11.2026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11.11.2026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220701110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12.11.2026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220701038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220701049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13.11.2026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14.11.2026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14.11.2026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15.11.2026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15.11.2026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16.11.2026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17.11.2026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18.11.2026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19.11.2026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220701053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220701017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220701008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23.11.2026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24.11.2026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220701038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25.11.2026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26.11.2026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27.11.2026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FF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28.11.2026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28.11.2026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29.11.2026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220701029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29.11.2026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30.11.2026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01.12.2026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230701101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02.12.2026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03.12.2026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04.12.2026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05.12.2026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05.12.2026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220701062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06.12.2026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06.12.2026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220701086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07.12.2026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08.12.2026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09.12.2026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10.12.2026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11.12.2026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12.12.2026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220701101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12.12.2026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13.12.2026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13.12.2026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230701101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14.12.2026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15.12.2026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16.12.2026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17.12.2026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220701060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18.12.2026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19.12.2026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19.12.2026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220701067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23.12.2026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220701086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220701187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24.12.2026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200701041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25.12.2026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210701008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26.12.2026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210701045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220701002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26.12.2026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220701084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27.12.2026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220701023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27.12.2026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28.12.2026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29.12.2026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220701066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30.12.2026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31.12.2026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FFFFF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01.01.2027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Resmi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tatil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(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Yılbaşı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)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230701101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01.01.2027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Resmi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tatil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(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Yılbaşı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)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2CC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02.01.2027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210701124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02.01.2027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220701027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220701111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03.01.2027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Gündüz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210701053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220701187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03.01.2027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sonu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CD5B4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210701080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04.01.2027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Pazartesi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220701086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FFFFFF" w:fill="FFFFFF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220701109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05.01.2027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Salı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210701114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220701059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220701062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06.01.2027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Çarşamba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220701011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00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220701185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07.01.2027</w:t>
            </w:r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Perşembe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220701035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210701080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220701045</w:t>
            </w:r>
          </w:p>
        </w:tc>
      </w:tr>
      <w:tr w:rsidR="003F1832" w:rsidRPr="003F1832" w:rsidTr="00213B70">
        <w:trPr>
          <w:jc w:val="center"/>
        </w:trPr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08.01.2027</w:t>
            </w:r>
          </w:p>
        </w:tc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Cuma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Hafta</w:t>
            </w:r>
            <w:proofErr w:type="spellEnd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içi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Gece</w:t>
            </w:r>
            <w:proofErr w:type="spellEnd"/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210701045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220701072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F1832">
              <w:rPr>
                <w:rFonts w:asciiTheme="majorHAnsi" w:hAnsiTheme="majorHAnsi" w:cstheme="majorHAnsi"/>
                <w:sz w:val="16"/>
                <w:szCs w:val="16"/>
              </w:rPr>
              <w:t>220701061</w:t>
            </w:r>
          </w:p>
        </w:tc>
        <w:tc>
          <w:tcPr>
            <w:tcW w:w="625" w:type="pct"/>
            <w:tcBorders>
              <w:top w:val="single" w:sz="4" w:space="0" w:color="BFBFBF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F1832" w:rsidRPr="003F1832" w:rsidRDefault="003F1832" w:rsidP="00213B70">
            <w:pPr>
              <w:spacing w:after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:rsidR="00591522" w:rsidRDefault="00591522">
      <w:pPr>
        <w:spacing w:before="160" w:after="40"/>
      </w:pPr>
    </w:p>
    <w:p w:rsidR="00591522" w:rsidRDefault="00BB77BB">
      <w:r>
        <w:rPr>
          <w:b/>
          <w:color w:val="1B365D"/>
          <w:sz w:val="17"/>
        </w:rPr>
        <w:t>NÖBET VE KONTROL UYGULAMA İLKELERİ (YÖKAK Kalite Standartları Gereği):</w:t>
      </w:r>
    </w:p>
    <w:p w:rsidR="00591522" w:rsidRDefault="00BB77BB">
      <w:pPr>
        <w:spacing w:after="20"/>
      </w:pPr>
      <w:r>
        <w:rPr>
          <w:color w:val="555555"/>
          <w:sz w:val="15"/>
        </w:rPr>
        <w:t xml:space="preserve">1. Hafta içi </w:t>
      </w:r>
      <w:r>
        <w:rPr>
          <w:color w:val="555555"/>
          <w:sz w:val="15"/>
        </w:rPr>
        <w:t>nöbet saatleri 17.00 - 08.00 arasındadır.</w:t>
      </w:r>
    </w:p>
    <w:p w:rsidR="00591522" w:rsidRDefault="00BB77BB">
      <w:pPr>
        <w:spacing w:after="20"/>
      </w:pPr>
      <w:r>
        <w:rPr>
          <w:color w:val="555555"/>
          <w:sz w:val="15"/>
        </w:rPr>
        <w:t>2. Hafta sonu ve resmi tatillerde nöbetler; Gündüz vardiyası 08.00 - 20.00, Akşam/Gece vardiyası 20.00 - 08.00 arasındadır.</w:t>
      </w:r>
    </w:p>
    <w:p w:rsidR="00591522" w:rsidRDefault="00BB77BB">
      <w:pPr>
        <w:spacing w:after="20"/>
      </w:pPr>
      <w:r>
        <w:rPr>
          <w:color w:val="555555"/>
          <w:sz w:val="15"/>
        </w:rPr>
        <w:t>3. İntörn öğrenciler nöbet saatlerine tam zamanlı riayet etmekle yükümlüdür.</w:t>
      </w:r>
    </w:p>
    <w:p w:rsidR="00591522" w:rsidRDefault="00BB77BB">
      <w:pPr>
        <w:spacing w:after="20"/>
      </w:pPr>
      <w:r>
        <w:rPr>
          <w:color w:val="555555"/>
          <w:sz w:val="15"/>
        </w:rPr>
        <w:t>4. Acil müdah</w:t>
      </w:r>
      <w:r>
        <w:rPr>
          <w:color w:val="555555"/>
          <w:sz w:val="15"/>
        </w:rPr>
        <w:t>ale gerektiren durumlarda icapçı araştırma görevlisi ve sorumlu veteriner hekime derhal bilgi verilir.</w:t>
      </w:r>
    </w:p>
    <w:p w:rsidR="00591522" w:rsidRDefault="00BB77BB">
      <w:pPr>
        <w:spacing w:after="20"/>
      </w:pPr>
      <w:r>
        <w:rPr>
          <w:color w:val="555555"/>
          <w:sz w:val="15"/>
        </w:rPr>
        <w:t>5. Nöbet devir teslimlerinde hospitalizasyon hasta takip formları ve sterilizasyon kontrol listeleri eksiksiz imzalanır.</w:t>
      </w:r>
    </w:p>
    <w:p w:rsidR="00591522" w:rsidRDefault="00591522">
      <w:pPr>
        <w:spacing w:before="160"/>
      </w:pPr>
    </w:p>
    <w:tbl>
      <w:tblPr>
        <w:tblW w:w="5000" w:type="pct"/>
        <w:jc w:val="center"/>
        <w:tblBorders>
          <w:top w:val="single" w:sz="4" w:space="0" w:color="1B365D"/>
          <w:left w:val="single" w:sz="4" w:space="0" w:color="1B365D"/>
          <w:bottom w:val="single" w:sz="4" w:space="0" w:color="1B365D"/>
          <w:right w:val="single" w:sz="4" w:space="0" w:color="1B365D"/>
          <w:insideH w:val="single" w:sz="4" w:space="0" w:color="CCCCCC"/>
          <w:insideV w:val="single" w:sz="4" w:space="0" w:color="CCCCCC"/>
        </w:tblBorders>
        <w:tblLook w:val="04A0" w:firstRow="1" w:lastRow="0" w:firstColumn="1" w:lastColumn="0" w:noHBand="0" w:noVBand="1"/>
      </w:tblPr>
      <w:tblGrid>
        <w:gridCol w:w="4797"/>
        <w:gridCol w:w="4798"/>
        <w:gridCol w:w="4795"/>
      </w:tblGrid>
      <w:tr w:rsidR="00213B70" w:rsidRPr="00213B70" w:rsidTr="00213B70">
        <w:trPr>
          <w:jc w:val="center"/>
        </w:trPr>
        <w:tc>
          <w:tcPr>
            <w:tcW w:w="1667" w:type="pct"/>
            <w:shd w:val="clear" w:color="auto" w:fill="F0F4F8"/>
          </w:tcPr>
          <w:p w:rsidR="00213B70" w:rsidRPr="00213B70" w:rsidRDefault="00213B70" w:rsidP="00213B70">
            <w:pPr>
              <w:jc w:val="center"/>
            </w:pPr>
            <w:proofErr w:type="spellStart"/>
            <w:r w:rsidRPr="00213B70">
              <w:rPr>
                <w:b/>
                <w:color w:val="1B365D"/>
                <w:sz w:val="16"/>
              </w:rPr>
              <w:t>Hazırlayan</w:t>
            </w:r>
            <w:proofErr w:type="spellEnd"/>
          </w:p>
        </w:tc>
        <w:tc>
          <w:tcPr>
            <w:tcW w:w="1667" w:type="pct"/>
            <w:shd w:val="clear" w:color="auto" w:fill="F0F4F8"/>
          </w:tcPr>
          <w:p w:rsidR="00213B70" w:rsidRPr="00213B70" w:rsidRDefault="00213B70" w:rsidP="00213B70">
            <w:pPr>
              <w:jc w:val="center"/>
            </w:pPr>
            <w:proofErr w:type="spellStart"/>
            <w:r w:rsidRPr="00213B70">
              <w:rPr>
                <w:b/>
                <w:color w:val="1B365D"/>
                <w:sz w:val="16"/>
              </w:rPr>
              <w:t>Kontrol</w:t>
            </w:r>
            <w:proofErr w:type="spellEnd"/>
            <w:r w:rsidRPr="00213B70">
              <w:rPr>
                <w:b/>
                <w:color w:val="1B365D"/>
                <w:sz w:val="16"/>
              </w:rPr>
              <w:t xml:space="preserve"> Eden </w:t>
            </w:r>
          </w:p>
        </w:tc>
        <w:tc>
          <w:tcPr>
            <w:tcW w:w="1667" w:type="pct"/>
            <w:shd w:val="clear" w:color="auto" w:fill="F0F4F8"/>
          </w:tcPr>
          <w:p w:rsidR="00213B70" w:rsidRPr="00213B70" w:rsidRDefault="00213B70" w:rsidP="00213B70">
            <w:pPr>
              <w:jc w:val="center"/>
            </w:pPr>
            <w:proofErr w:type="spellStart"/>
            <w:r w:rsidRPr="00213B70">
              <w:rPr>
                <w:b/>
                <w:color w:val="1B365D"/>
                <w:sz w:val="16"/>
              </w:rPr>
              <w:t>Onaylayan</w:t>
            </w:r>
            <w:proofErr w:type="spellEnd"/>
            <w:r w:rsidRPr="00213B70">
              <w:rPr>
                <w:b/>
                <w:color w:val="1B365D"/>
                <w:sz w:val="16"/>
              </w:rPr>
              <w:t xml:space="preserve"> (</w:t>
            </w:r>
            <w:proofErr w:type="spellStart"/>
            <w:r w:rsidRPr="00213B70">
              <w:rPr>
                <w:b/>
                <w:color w:val="1B365D"/>
                <w:sz w:val="16"/>
              </w:rPr>
              <w:t>Başhekim</w:t>
            </w:r>
            <w:proofErr w:type="spellEnd"/>
            <w:r w:rsidRPr="00213B70">
              <w:rPr>
                <w:b/>
                <w:color w:val="1B365D"/>
                <w:sz w:val="16"/>
              </w:rPr>
              <w:t>)</w:t>
            </w:r>
          </w:p>
        </w:tc>
      </w:tr>
      <w:tr w:rsidR="00213B70" w:rsidRPr="00213B70" w:rsidTr="00213B70">
        <w:trPr>
          <w:jc w:val="center"/>
        </w:trPr>
        <w:tc>
          <w:tcPr>
            <w:tcW w:w="1667" w:type="pct"/>
          </w:tcPr>
          <w:p w:rsidR="00213B70" w:rsidRPr="00213B70" w:rsidRDefault="00213B70" w:rsidP="00213B70">
            <w:pPr>
              <w:spacing w:before="80" w:after="80"/>
              <w:jc w:val="center"/>
              <w:rPr>
                <w:sz w:val="16"/>
              </w:rPr>
            </w:pPr>
            <w:r w:rsidRPr="00213B70">
              <w:rPr>
                <w:sz w:val="16"/>
              </w:rPr>
              <w:t xml:space="preserve">Dr. </w:t>
            </w:r>
            <w:proofErr w:type="spellStart"/>
            <w:r w:rsidRPr="00213B70">
              <w:rPr>
                <w:sz w:val="16"/>
              </w:rPr>
              <w:t>Öğr</w:t>
            </w:r>
            <w:proofErr w:type="spellEnd"/>
            <w:r w:rsidRPr="00213B70">
              <w:rPr>
                <w:sz w:val="16"/>
              </w:rPr>
              <w:t xml:space="preserve">. </w:t>
            </w:r>
            <w:proofErr w:type="spellStart"/>
            <w:r w:rsidRPr="00213B70">
              <w:rPr>
                <w:sz w:val="16"/>
              </w:rPr>
              <w:t>Üyesi</w:t>
            </w:r>
            <w:proofErr w:type="spellEnd"/>
            <w:r w:rsidRPr="00213B70">
              <w:rPr>
                <w:sz w:val="16"/>
              </w:rPr>
              <w:t xml:space="preserve"> </w:t>
            </w:r>
            <w:proofErr w:type="spellStart"/>
            <w:r w:rsidRPr="00213B70">
              <w:rPr>
                <w:sz w:val="16"/>
              </w:rPr>
              <w:t>Öznur</w:t>
            </w:r>
            <w:proofErr w:type="spellEnd"/>
            <w:r w:rsidRPr="00213B70">
              <w:rPr>
                <w:sz w:val="16"/>
              </w:rPr>
              <w:t xml:space="preserve"> YILMAZ KOÇ</w:t>
            </w:r>
          </w:p>
          <w:p w:rsidR="00213B70" w:rsidRPr="00213B70" w:rsidRDefault="00213B70" w:rsidP="00213B70">
            <w:pPr>
              <w:spacing w:before="80" w:after="80"/>
              <w:jc w:val="center"/>
            </w:pPr>
            <w:r w:rsidRPr="00213B70">
              <w:rPr>
                <w:sz w:val="16"/>
              </w:rPr>
              <w:t xml:space="preserve">HAYMER </w:t>
            </w:r>
            <w:proofErr w:type="spellStart"/>
            <w:r w:rsidRPr="00213B70">
              <w:rPr>
                <w:sz w:val="16"/>
              </w:rPr>
              <w:t>Başhekim</w:t>
            </w:r>
            <w:proofErr w:type="spellEnd"/>
            <w:r w:rsidRPr="00213B70">
              <w:rPr>
                <w:sz w:val="16"/>
              </w:rPr>
              <w:t xml:space="preserve"> </w:t>
            </w:r>
            <w:proofErr w:type="spellStart"/>
            <w:r w:rsidRPr="00213B70">
              <w:rPr>
                <w:sz w:val="16"/>
              </w:rPr>
              <w:t>Yardımcısı</w:t>
            </w:r>
            <w:proofErr w:type="spellEnd"/>
            <w:r w:rsidRPr="00213B70">
              <w:rPr>
                <w:sz w:val="16"/>
              </w:rPr>
              <w:br/>
            </w:r>
            <w:proofErr w:type="spellStart"/>
            <w:r w:rsidRPr="00213B70">
              <w:rPr>
                <w:sz w:val="16"/>
              </w:rPr>
              <w:t>Tarih</w:t>
            </w:r>
            <w:proofErr w:type="spellEnd"/>
            <w:r w:rsidRPr="00213B70">
              <w:rPr>
                <w:sz w:val="16"/>
              </w:rPr>
              <w:t>: .../.../2026</w:t>
            </w:r>
          </w:p>
        </w:tc>
        <w:tc>
          <w:tcPr>
            <w:tcW w:w="1667" w:type="pct"/>
          </w:tcPr>
          <w:p w:rsidR="00213B70" w:rsidRPr="00213B70" w:rsidRDefault="00213B70" w:rsidP="00213B70">
            <w:pPr>
              <w:spacing w:before="80" w:after="80"/>
              <w:jc w:val="center"/>
              <w:rPr>
                <w:sz w:val="16"/>
              </w:rPr>
            </w:pPr>
            <w:proofErr w:type="spellStart"/>
            <w:r w:rsidRPr="00213B70">
              <w:rPr>
                <w:sz w:val="16"/>
              </w:rPr>
              <w:t>Doç</w:t>
            </w:r>
            <w:proofErr w:type="spellEnd"/>
            <w:r w:rsidRPr="00213B70">
              <w:rPr>
                <w:sz w:val="16"/>
              </w:rPr>
              <w:t>. Dr. Ahmet ESER</w:t>
            </w:r>
          </w:p>
          <w:p w:rsidR="00213B70" w:rsidRPr="00213B70" w:rsidRDefault="00213B70" w:rsidP="00213B70">
            <w:pPr>
              <w:spacing w:before="80" w:after="80"/>
              <w:jc w:val="center"/>
            </w:pPr>
            <w:r w:rsidRPr="00213B70">
              <w:rPr>
                <w:sz w:val="16"/>
              </w:rPr>
              <w:t xml:space="preserve">HAYMER </w:t>
            </w:r>
            <w:proofErr w:type="spellStart"/>
            <w:r w:rsidRPr="00213B70">
              <w:rPr>
                <w:sz w:val="16"/>
              </w:rPr>
              <w:t>Başhekim</w:t>
            </w:r>
            <w:proofErr w:type="spellEnd"/>
            <w:r w:rsidRPr="00213B70">
              <w:rPr>
                <w:sz w:val="16"/>
              </w:rPr>
              <w:t xml:space="preserve"> </w:t>
            </w:r>
            <w:proofErr w:type="spellStart"/>
            <w:r w:rsidRPr="00213B70">
              <w:rPr>
                <w:sz w:val="16"/>
              </w:rPr>
              <w:t>Yardımcısı</w:t>
            </w:r>
            <w:proofErr w:type="spellEnd"/>
            <w:r w:rsidRPr="00213B70">
              <w:rPr>
                <w:sz w:val="16"/>
              </w:rPr>
              <w:br/>
            </w:r>
            <w:proofErr w:type="spellStart"/>
            <w:r w:rsidRPr="00213B70">
              <w:rPr>
                <w:sz w:val="16"/>
              </w:rPr>
              <w:t>Tarih</w:t>
            </w:r>
            <w:proofErr w:type="spellEnd"/>
            <w:r w:rsidRPr="00213B70">
              <w:rPr>
                <w:sz w:val="16"/>
              </w:rPr>
              <w:t>: .../.../2026</w:t>
            </w:r>
          </w:p>
        </w:tc>
        <w:tc>
          <w:tcPr>
            <w:tcW w:w="1667" w:type="pct"/>
          </w:tcPr>
          <w:p w:rsidR="00213B70" w:rsidRPr="00213B70" w:rsidRDefault="00213B70" w:rsidP="00213B70">
            <w:pPr>
              <w:spacing w:before="80" w:after="80"/>
              <w:jc w:val="center"/>
            </w:pPr>
            <w:proofErr w:type="spellStart"/>
            <w:r w:rsidRPr="00213B70">
              <w:rPr>
                <w:sz w:val="16"/>
              </w:rPr>
              <w:t>Doç</w:t>
            </w:r>
            <w:proofErr w:type="spellEnd"/>
            <w:r w:rsidRPr="00213B70">
              <w:rPr>
                <w:sz w:val="16"/>
              </w:rPr>
              <w:t>. Dr. Ali GÜLAYDIN</w:t>
            </w:r>
            <w:r w:rsidRPr="00213B70">
              <w:rPr>
                <w:sz w:val="16"/>
              </w:rPr>
              <w:br/>
              <w:t xml:space="preserve">HAYMER </w:t>
            </w:r>
            <w:proofErr w:type="spellStart"/>
            <w:r w:rsidRPr="00213B70">
              <w:rPr>
                <w:sz w:val="16"/>
              </w:rPr>
              <w:t>Başhekimi</w:t>
            </w:r>
            <w:proofErr w:type="spellEnd"/>
            <w:r w:rsidRPr="00213B70">
              <w:rPr>
                <w:sz w:val="16"/>
              </w:rPr>
              <w:br/>
            </w:r>
            <w:proofErr w:type="spellStart"/>
            <w:r w:rsidRPr="00213B70">
              <w:rPr>
                <w:sz w:val="16"/>
              </w:rPr>
              <w:t>İmza</w:t>
            </w:r>
            <w:proofErr w:type="spellEnd"/>
            <w:r w:rsidRPr="00213B70">
              <w:rPr>
                <w:sz w:val="16"/>
              </w:rPr>
              <w:t xml:space="preserve"> / </w:t>
            </w:r>
            <w:proofErr w:type="spellStart"/>
            <w:r w:rsidRPr="00213B70">
              <w:rPr>
                <w:sz w:val="16"/>
              </w:rPr>
              <w:t>Mühür</w:t>
            </w:r>
            <w:proofErr w:type="spellEnd"/>
            <w:r w:rsidRPr="00213B70">
              <w:rPr>
                <w:sz w:val="16"/>
              </w:rPr>
              <w:t>: ............</w:t>
            </w:r>
            <w:r w:rsidRPr="00213B70">
              <w:rPr>
                <w:sz w:val="16"/>
              </w:rPr>
              <w:br/>
            </w:r>
            <w:proofErr w:type="spellStart"/>
            <w:r w:rsidRPr="00213B70">
              <w:rPr>
                <w:sz w:val="16"/>
              </w:rPr>
              <w:t>Tarih</w:t>
            </w:r>
            <w:proofErr w:type="spellEnd"/>
            <w:r w:rsidRPr="00213B70">
              <w:rPr>
                <w:sz w:val="16"/>
              </w:rPr>
              <w:t>: .../.../2026</w:t>
            </w:r>
          </w:p>
        </w:tc>
      </w:tr>
    </w:tbl>
    <w:p w:rsidR="00BB77BB" w:rsidRDefault="00BB77BB">
      <w:bookmarkStart w:id="0" w:name="_GoBack"/>
      <w:bookmarkEnd w:id="0"/>
    </w:p>
    <w:sectPr w:rsidR="00BB77BB" w:rsidSect="00434B5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13B70"/>
    <w:rsid w:val="0029639D"/>
    <w:rsid w:val="00326F90"/>
    <w:rsid w:val="003F1832"/>
    <w:rsid w:val="00434B52"/>
    <w:rsid w:val="00591522"/>
    <w:rsid w:val="00AA1D8D"/>
    <w:rsid w:val="00B47730"/>
    <w:rsid w:val="00BB77BB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19AD72"/>
  <w14:defaultImageDpi w14:val="300"/>
  <w15:docId w15:val="{D78661E0-3FCE-43EA-BFE7-B1E7CC29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libri" w:hAnsi="Calibri"/>
      <w:color w:val="333333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FB7B51-D2AD-4CB9-86F2-F0AC843EF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1111</Words>
  <Characters>6334</Characters>
  <Application>Microsoft Office Word</Application>
  <DocSecurity>0</DocSecurity>
  <Lines>52</Lines>
  <Paragraphs>14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7431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Özgül GÜLAYDIN</cp:lastModifiedBy>
  <cp:revision>4</cp:revision>
  <dcterms:created xsi:type="dcterms:W3CDTF">2026-11-06T13:22:00Z</dcterms:created>
  <dcterms:modified xsi:type="dcterms:W3CDTF">2026-11-06T13:24:00Z</dcterms:modified>
  <cp:category/>
</cp:coreProperties>
</file>